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E93F7" w14:textId="77777777" w:rsidR="008030DF" w:rsidRDefault="000B24D2">
      <w:pPr>
        <w:jc w:val="center"/>
        <w:rPr>
          <w:b/>
          <w:sz w:val="36"/>
          <w:lang w:eastAsia="zh-TW"/>
        </w:rPr>
      </w:pPr>
      <w:r>
        <w:rPr>
          <w:b/>
          <w:sz w:val="36"/>
          <w:lang w:eastAsia="zh-TW"/>
        </w:rPr>
        <w:t>宜蘭縣慈儉會115學年度獎助學金申請表</w:t>
      </w:r>
    </w:p>
    <w:p w14:paraId="271F48EB" w14:textId="77777777" w:rsidR="008111FF" w:rsidRPr="008111FF" w:rsidRDefault="008111FF">
      <w:pPr>
        <w:jc w:val="center"/>
        <w:rPr>
          <w:sz w:val="36"/>
          <w:lang w:eastAsia="zh-TW"/>
        </w:rPr>
      </w:pPr>
      <w:r w:rsidRPr="008111FF">
        <w:rPr>
          <w:rFonts w:hint="eastAsia"/>
          <w:sz w:val="36"/>
          <w:lang w:eastAsia="zh-TW"/>
        </w:rPr>
        <w:t>（佛光大學專用）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1847"/>
        <w:gridCol w:w="1559"/>
        <w:gridCol w:w="1984"/>
        <w:gridCol w:w="1584"/>
        <w:gridCol w:w="1871"/>
      </w:tblGrid>
      <w:tr w:rsidR="008030DF" w:rsidRPr="008111FF" w14:paraId="68D7E04A" w14:textId="77777777" w:rsidTr="002640CE">
        <w:trPr>
          <w:trHeight w:val="720"/>
          <w:jc w:val="center"/>
        </w:trPr>
        <w:tc>
          <w:tcPr>
            <w:tcW w:w="13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D1F35" w14:textId="77777777" w:rsidR="008030DF" w:rsidRPr="008111FF" w:rsidRDefault="000B24D2">
            <w:pPr>
              <w:jc w:val="center"/>
              <w:rPr>
                <w:sz w:val="24"/>
                <w:szCs w:val="24"/>
              </w:rPr>
            </w:pPr>
            <w:proofErr w:type="spellStart"/>
            <w:r w:rsidRPr="008111FF">
              <w:rPr>
                <w:b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E32B2B" w14:textId="77777777" w:rsidR="008030DF" w:rsidRPr="008111FF" w:rsidRDefault="008030D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BCE4A" w14:textId="77777777" w:rsidR="008030DF" w:rsidRPr="008111FF" w:rsidRDefault="000B24D2">
            <w:pPr>
              <w:jc w:val="center"/>
              <w:rPr>
                <w:sz w:val="24"/>
                <w:szCs w:val="24"/>
              </w:rPr>
            </w:pPr>
            <w:r w:rsidRPr="008111FF">
              <w:rPr>
                <w:b/>
                <w:sz w:val="24"/>
                <w:szCs w:val="24"/>
              </w:rPr>
              <w:t>系別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5B32B" w14:textId="77777777" w:rsidR="008030DF" w:rsidRPr="008111FF" w:rsidRDefault="008030DF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73AA3" w14:textId="77777777" w:rsidR="008030DF" w:rsidRPr="008111FF" w:rsidRDefault="000B24D2">
            <w:pPr>
              <w:jc w:val="center"/>
              <w:rPr>
                <w:sz w:val="24"/>
                <w:szCs w:val="24"/>
              </w:rPr>
            </w:pPr>
            <w:r w:rsidRPr="008111FF">
              <w:rPr>
                <w:b/>
                <w:sz w:val="24"/>
                <w:szCs w:val="24"/>
              </w:rPr>
              <w:t>年級</w:t>
            </w:r>
          </w:p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133AA" w14:textId="77777777" w:rsidR="008030DF" w:rsidRPr="008111FF" w:rsidRDefault="008030DF">
            <w:pPr>
              <w:rPr>
                <w:sz w:val="24"/>
                <w:szCs w:val="24"/>
              </w:rPr>
            </w:pPr>
          </w:p>
        </w:tc>
      </w:tr>
      <w:tr w:rsidR="008E7636" w:rsidRPr="008111FF" w14:paraId="55E10A9F" w14:textId="77777777" w:rsidTr="002640CE">
        <w:trPr>
          <w:trHeight w:val="720"/>
          <w:jc w:val="center"/>
        </w:trPr>
        <w:tc>
          <w:tcPr>
            <w:tcW w:w="13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C8A657" w14:textId="47BA937D" w:rsidR="008E7636" w:rsidRPr="008111FF" w:rsidRDefault="008E763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111FF">
              <w:rPr>
                <w:b/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239B0" w14:textId="77777777" w:rsidR="008E7636" w:rsidRPr="008111FF" w:rsidRDefault="008E76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BE5F0" w14:textId="2428B650" w:rsidR="008E7636" w:rsidRPr="008111FF" w:rsidRDefault="008E76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TW"/>
              </w:rPr>
              <w:t>連絡電話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0E93A" w14:textId="77777777" w:rsidR="008E7636" w:rsidRPr="008111FF" w:rsidRDefault="008E7636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02305" w14:textId="71987D44" w:rsidR="008E7636" w:rsidRPr="008111FF" w:rsidRDefault="008E7636">
            <w:pPr>
              <w:jc w:val="center"/>
              <w:rPr>
                <w:rFonts w:hint="eastAsia"/>
                <w:b/>
                <w:sz w:val="24"/>
                <w:szCs w:val="24"/>
                <w:lang w:eastAsia="zh-TW"/>
              </w:rPr>
            </w:pPr>
            <w:r>
              <w:rPr>
                <w:rFonts w:hint="eastAsia"/>
                <w:b/>
                <w:sz w:val="24"/>
                <w:szCs w:val="24"/>
                <w:lang w:eastAsia="zh-TW"/>
              </w:rPr>
              <w:t>L</w:t>
            </w:r>
            <w:r>
              <w:rPr>
                <w:b/>
                <w:sz w:val="24"/>
                <w:szCs w:val="24"/>
                <w:lang w:eastAsia="zh-TW"/>
              </w:rPr>
              <w:t xml:space="preserve">INE </w:t>
            </w:r>
            <w:r>
              <w:rPr>
                <w:rFonts w:hint="eastAsia"/>
                <w:b/>
                <w:sz w:val="24"/>
                <w:szCs w:val="24"/>
                <w:lang w:eastAsia="zh-TW"/>
              </w:rPr>
              <w:t>ID</w:t>
            </w:r>
            <w:bookmarkStart w:id="0" w:name="_GoBack"/>
            <w:bookmarkEnd w:id="0"/>
          </w:p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C658F" w14:textId="77777777" w:rsidR="008E7636" w:rsidRPr="008111FF" w:rsidRDefault="008E7636">
            <w:pPr>
              <w:rPr>
                <w:sz w:val="24"/>
                <w:szCs w:val="24"/>
              </w:rPr>
            </w:pPr>
          </w:p>
        </w:tc>
      </w:tr>
      <w:tr w:rsidR="008030DF" w:rsidRPr="008111FF" w14:paraId="7EF7E6C8" w14:textId="77777777">
        <w:trPr>
          <w:trHeight w:val="520"/>
          <w:jc w:val="center"/>
        </w:trPr>
        <w:tc>
          <w:tcPr>
            <w:tcW w:w="10206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95B7F" w14:textId="77777777" w:rsidR="008030DF" w:rsidRPr="008111FF" w:rsidRDefault="000B24D2">
            <w:pPr>
              <w:jc w:val="center"/>
              <w:rPr>
                <w:sz w:val="24"/>
                <w:szCs w:val="24"/>
              </w:rPr>
            </w:pPr>
            <w:r w:rsidRPr="008111FF">
              <w:rPr>
                <w:b/>
                <w:sz w:val="24"/>
                <w:szCs w:val="24"/>
              </w:rPr>
              <w:t>應　繳　文　件</w:t>
            </w:r>
          </w:p>
        </w:tc>
      </w:tr>
      <w:tr w:rsidR="008030DF" w:rsidRPr="008111FF" w14:paraId="0CB09BA8" w14:textId="77777777">
        <w:trPr>
          <w:trHeight w:val="2100"/>
          <w:jc w:val="center"/>
        </w:trPr>
        <w:tc>
          <w:tcPr>
            <w:tcW w:w="10206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D8A16" w14:textId="77777777" w:rsidR="008030DF" w:rsidRPr="008111FF" w:rsidRDefault="000B24D2">
            <w:pPr>
              <w:spacing w:after="100"/>
              <w:rPr>
                <w:sz w:val="24"/>
                <w:szCs w:val="24"/>
                <w:lang w:eastAsia="zh-TW"/>
              </w:rPr>
            </w:pPr>
            <w:r w:rsidRPr="008111FF">
              <w:rPr>
                <w:sz w:val="24"/>
                <w:szCs w:val="24"/>
                <w:lang w:eastAsia="zh-TW"/>
              </w:rPr>
              <w:t>□ 1. 申請表一份（學校提出之申請表為依據）。</w:t>
            </w:r>
          </w:p>
          <w:p w14:paraId="2A871209" w14:textId="77777777" w:rsidR="008030DF" w:rsidRPr="008111FF" w:rsidRDefault="000B24D2">
            <w:pPr>
              <w:spacing w:after="100"/>
              <w:rPr>
                <w:sz w:val="24"/>
                <w:szCs w:val="24"/>
                <w:lang w:eastAsia="zh-TW"/>
              </w:rPr>
            </w:pPr>
            <w:r w:rsidRPr="008111FF">
              <w:rPr>
                <w:sz w:val="24"/>
                <w:szCs w:val="24"/>
                <w:lang w:eastAsia="zh-TW"/>
              </w:rPr>
              <w:t>□ 2. 低收或中低收入戶證明正本1份。</w:t>
            </w:r>
          </w:p>
          <w:p w14:paraId="1ACBA4E9" w14:textId="77777777" w:rsidR="008030DF" w:rsidRPr="008111FF" w:rsidRDefault="000B24D2">
            <w:pPr>
              <w:spacing w:after="100"/>
              <w:rPr>
                <w:sz w:val="24"/>
                <w:szCs w:val="24"/>
                <w:lang w:eastAsia="zh-TW"/>
              </w:rPr>
            </w:pPr>
            <w:r w:rsidRPr="008111FF">
              <w:rPr>
                <w:sz w:val="24"/>
                <w:szCs w:val="24"/>
                <w:lang w:eastAsia="zh-TW"/>
              </w:rPr>
              <w:t>□ 3. 戶籍謄本1份。</w:t>
            </w:r>
          </w:p>
          <w:p w14:paraId="1182369E" w14:textId="77777777" w:rsidR="008030DF" w:rsidRPr="008111FF" w:rsidRDefault="000B24D2">
            <w:pPr>
              <w:spacing w:after="100"/>
              <w:rPr>
                <w:sz w:val="24"/>
                <w:szCs w:val="24"/>
                <w:lang w:eastAsia="zh-TW"/>
              </w:rPr>
            </w:pPr>
            <w:r w:rsidRPr="008111FF">
              <w:rPr>
                <w:sz w:val="24"/>
                <w:szCs w:val="24"/>
                <w:lang w:eastAsia="zh-TW"/>
              </w:rPr>
              <w:t>□ 4. 身分證影印本正、反面各1份。</w:t>
            </w:r>
          </w:p>
          <w:p w14:paraId="4B76192C" w14:textId="77777777" w:rsidR="008030DF" w:rsidRPr="008111FF" w:rsidRDefault="000B24D2">
            <w:pPr>
              <w:spacing w:after="100"/>
              <w:rPr>
                <w:sz w:val="24"/>
                <w:szCs w:val="24"/>
                <w:lang w:eastAsia="zh-TW"/>
              </w:rPr>
            </w:pPr>
            <w:r w:rsidRPr="008111FF">
              <w:rPr>
                <w:sz w:val="24"/>
                <w:szCs w:val="24"/>
                <w:lang w:eastAsia="zh-TW"/>
              </w:rPr>
              <w:t>□ 5. 上學期成績單1份（新生免附）。</w:t>
            </w:r>
          </w:p>
        </w:tc>
      </w:tr>
      <w:tr w:rsidR="008030DF" w:rsidRPr="008111FF" w14:paraId="320F9DFE" w14:textId="77777777" w:rsidTr="002640CE">
        <w:trPr>
          <w:trHeight w:val="760"/>
          <w:jc w:val="center"/>
        </w:trPr>
        <w:tc>
          <w:tcPr>
            <w:tcW w:w="13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503A5E" w14:textId="77777777" w:rsidR="008111FF" w:rsidRDefault="000B24D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111FF">
              <w:rPr>
                <w:b/>
                <w:sz w:val="24"/>
                <w:szCs w:val="24"/>
              </w:rPr>
              <w:t>申請人</w:t>
            </w:r>
            <w:proofErr w:type="spellEnd"/>
          </w:p>
          <w:p w14:paraId="16DC2D26" w14:textId="77777777" w:rsidR="008030DF" w:rsidRPr="008111FF" w:rsidRDefault="000B24D2">
            <w:pPr>
              <w:jc w:val="center"/>
              <w:rPr>
                <w:sz w:val="24"/>
                <w:szCs w:val="24"/>
              </w:rPr>
            </w:pPr>
            <w:proofErr w:type="spellStart"/>
            <w:r w:rsidRPr="008111FF">
              <w:rPr>
                <w:b/>
                <w:sz w:val="24"/>
                <w:szCs w:val="24"/>
              </w:rPr>
              <w:t>簽名</w:t>
            </w:r>
            <w:proofErr w:type="spellEnd"/>
          </w:p>
        </w:tc>
        <w:tc>
          <w:tcPr>
            <w:tcW w:w="340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CCE2B" w14:textId="77777777" w:rsidR="008030DF" w:rsidRPr="008111FF" w:rsidRDefault="008030D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E0669" w14:textId="77777777" w:rsidR="008030DF" w:rsidRPr="008111FF" w:rsidRDefault="000B24D2">
            <w:pPr>
              <w:jc w:val="center"/>
              <w:rPr>
                <w:sz w:val="24"/>
                <w:szCs w:val="24"/>
              </w:rPr>
            </w:pPr>
            <w:r w:rsidRPr="008111FF">
              <w:rPr>
                <w:b/>
                <w:sz w:val="24"/>
                <w:szCs w:val="24"/>
              </w:rPr>
              <w:t>申請日期</w:t>
            </w:r>
          </w:p>
        </w:tc>
        <w:tc>
          <w:tcPr>
            <w:tcW w:w="34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8CC3B" w14:textId="77777777" w:rsidR="008030DF" w:rsidRPr="008111FF" w:rsidRDefault="000B24D2">
            <w:pPr>
              <w:rPr>
                <w:sz w:val="24"/>
                <w:szCs w:val="24"/>
                <w:lang w:eastAsia="zh-TW"/>
              </w:rPr>
            </w:pPr>
            <w:r w:rsidRPr="008111FF">
              <w:rPr>
                <w:sz w:val="24"/>
                <w:szCs w:val="24"/>
                <w:lang w:eastAsia="zh-TW"/>
              </w:rPr>
              <w:t>中華民國　　年　　月　　日</w:t>
            </w:r>
          </w:p>
        </w:tc>
      </w:tr>
    </w:tbl>
    <w:p w14:paraId="1C2CF9B5" w14:textId="77777777" w:rsidR="008030DF" w:rsidRDefault="000B24D2">
      <w:pPr>
        <w:spacing w:before="140"/>
        <w:rPr>
          <w:lang w:eastAsia="zh-TW"/>
        </w:rPr>
      </w:pPr>
      <w:r>
        <w:rPr>
          <w:sz w:val="20"/>
          <w:lang w:eastAsia="zh-TW"/>
        </w:rPr>
        <w:t>備註：請依規定備齊各項證明文件，資料不</w:t>
      </w:r>
      <w:proofErr w:type="gramStart"/>
      <w:r>
        <w:rPr>
          <w:sz w:val="20"/>
          <w:lang w:eastAsia="zh-TW"/>
        </w:rPr>
        <w:t>齊者恕</w:t>
      </w:r>
      <w:proofErr w:type="gramEnd"/>
      <w:r>
        <w:rPr>
          <w:sz w:val="20"/>
          <w:lang w:eastAsia="zh-TW"/>
        </w:rPr>
        <w:t>不受理。</w:t>
      </w:r>
    </w:p>
    <w:sectPr w:rsidR="008030DF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24D2"/>
    <w:rsid w:val="0015074B"/>
    <w:rsid w:val="002640CE"/>
    <w:rsid w:val="0029639D"/>
    <w:rsid w:val="00326F90"/>
    <w:rsid w:val="004E5677"/>
    <w:rsid w:val="008030DF"/>
    <w:rsid w:val="008111FF"/>
    <w:rsid w:val="008E763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A92FE2"/>
  <w14:defaultImageDpi w14:val="300"/>
  <w15:docId w15:val="{F11F2209-B074-4135-9D50-A954ECA8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680796-0F87-40CA-9B9B-EF4B6DE4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2026-08-25T03:07:00Z</dcterms:modified>
  <cp:category/>
</cp:coreProperties>
</file>